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300" w:lineRule="auto"/>
        <w:jc w:val="center"/>
      </w:pPr>
      <w:r>
        <w:rPr>
          <w:rFonts w:ascii="Arial" w:hAnsi="Arial" w:eastAsia="Arial"/>
          <w:b/>
          <w:i w:val="0"/>
          <w:color w:val="1D1A16"/>
          <w:sz w:val="27"/>
        </w:rPr>
        <w:t>RECIBO DE HOSPEDAGEM</w:t>
      </w:r>
    </w:p>
    <w:tbl>
      <w:tblPr>
        <w:tblW w:type="dxa" w:w="9639"/>
        <w:jc w:val="center"/>
        <w:tblLayout w:type="fixed"/>
        <w:tblLook w:firstColumn="1" w:firstRow="1" w:lastColumn="0" w:lastRow="0" w:noHBand="0" w:noVBand="1" w:val="04A0"/>
      </w:tblPr>
      <w:tblGrid>
        <w:gridCol w:w="3213"/>
        <w:gridCol w:w="6425"/>
      </w:tblGrid>
      <w:tr>
        <w:tc>
          <w:tcPr>
            <w:tcW w:type="dxa" w:w="3213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Recibo nº</w:t>
            </w:r>
          </w:p>
        </w:tc>
        <w:tc>
          <w:tcPr>
            <w:tcW w:type="dxa" w:w="6425"/>
            <w:tcBorders>
              <w:top w:val="single" w:sz="6" w:space="0" w:color="3A352E"/>
              <w:left w:val="single" w:sz="6" w:space="0" w:color="3A352E"/>
              <w:bottom w:val="single" w:sz="6" w:space="0" w:color="3A352E"/>
              <w:right w:val="single" w:sz="6" w:space="0" w:color="3A352E"/>
            </w:tcBorders>
          </w:tcPr>
          <w:p>
            <w:pPr>
              <w:spacing w:before="0" w:after="280" w:line="240" w:lineRule="auto"/>
            </w:pPr>
            <w:r>
              <w:rPr>
                <w:rFonts w:ascii="Arial" w:hAnsi="Arial" w:eastAsia="Arial"/>
                <w:b w:val="0"/>
                <w:i w:val="0"/>
                <w:color w:val="5A534A"/>
                <w:sz w:val="17"/>
              </w:rPr>
              <w:t>Valor (R$)</w:t>
            </w:r>
          </w:p>
        </w:tc>
      </w:tr>
    </w:tbl>
    <w:p>
      <w:pPr>
        <w:spacing w:before="0" w:after="0" w:line="96" w:lineRule="auto"/>
      </w:pP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Recebemos de ____________________________________________, documento nº ____________________, a importância de R$ ______________ (________________________________________________________________), referente a ______ diária(s) de hospedagem no quarto ______, com entrada em ____/____/________ e saída em ____/____/________.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Pagamento recebido por:  ☐ Pix   ☐ dinheiro   ☐ cartão de crédito   ☐ cartão de débito   ☐ transferência bancária.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Para clareza, firmamos o presente recibo.</w:t>
      </w:r>
    </w:p>
    <w:p>
      <w:pPr>
        <w:spacing w:before="0" w:after="120" w:line="300" w:lineRule="auto"/>
        <w:jc w:val="left"/>
      </w:pPr>
      <w:r>
        <w:rPr>
          <w:rFonts w:ascii="Arial" w:hAnsi="Arial" w:eastAsia="Arial"/>
          <w:b w:val="0"/>
          <w:i w:val="0"/>
          <w:color w:val="1D1A16"/>
          <w:sz w:val="22"/>
        </w:rPr>
        <w:t>______________________________, ____/____/________.</w:t>
      </w:r>
    </w:p>
    <w:p>
      <w:pPr>
        <w:spacing w:before="400" w:after="0" w:line="300" w:lineRule="auto"/>
      </w:pPr>
    </w:p>
    <w:tbl>
      <w:tblPr>
        <w:tblW w:type="dxa" w:w="5783"/>
        <w:jc w:val="center"/>
        <w:tblLayout w:type="fixed"/>
        <w:tblLook w:firstColumn="1" w:firstRow="1" w:lastColumn="0" w:lastRow="0" w:noHBand="0" w:noVBand="1" w:val="04A0"/>
      </w:tblPr>
      <w:tblGrid>
        <w:gridCol w:w="5783"/>
      </w:tblGrid>
      <w:tr>
        <w:tc>
          <w:tcPr>
            <w:tcW w:type="dxa" w:w="5783"/>
            <w:tcBorders>
              <w:top w:val="single" w:sz="8" w:space="0" w:color="3A352E"/>
              <w:left w:val="nil" w:sz="8" w:space="0" w:color="3A352E"/>
              <w:bottom w:val="nil" w:sz="8" w:space="0" w:color="3A352E"/>
              <w:right w:val="nil" w:sz="8" w:space="0" w:color="3A352E"/>
            </w:tcBorders>
          </w:tcPr>
          <w:p>
            <w:pPr>
              <w:jc w:val="center"/>
            </w:pPr>
            <w:r>
              <w:rPr>
                <w:rFonts w:ascii="Arial" w:hAnsi="Arial" w:eastAsia="Arial"/>
                <w:b w:val="0"/>
                <w:i w:val="0"/>
                <w:color w:val="1D1A16"/>
                <w:sz w:val="19"/>
              </w:rPr>
              <w:t>Nome do estabelecimento e CNPJ ou CPF de quem recebe</w:t>
            </w:r>
          </w:p>
        </w:tc>
      </w:tr>
    </w:tbl>
    <w:p>
      <w:pPr>
        <w:spacing w:before="80" w:after="120" w:line="300" w:lineRule="auto"/>
      </w:pPr>
      <w:r>
        <w:rPr>
          <w:rFonts w:ascii="Arial" w:hAnsi="Arial" w:eastAsia="Arial"/>
          <w:b w:val="0"/>
          <w:i w:val="0"/>
          <w:color w:val="5A534A"/>
          <w:sz w:val="18"/>
        </w:rPr>
        <w:t>Recibo simples de pagamento. Não substitui a nota fiscal de serviço quando ela for exigida.</w:t>
      </w:r>
    </w:p>
    <w:p>
      <w:pPr>
        <w:spacing w:before="240" w:after="0" w:line="300" w:lineRule="auto"/>
      </w:pPr>
      <w:r>
        <w:rPr>
          <w:rFonts w:ascii="Arial" w:hAnsi="Arial" w:eastAsia="Arial"/>
          <w:b w:val="0"/>
          <w:i w:val="0"/>
          <w:color w:val="5A534A"/>
          <w:sz w:val="16"/>
        </w:rPr>
        <w:t>Modelo gratuito do HotelGestão. hotelgestao.com.br/recibo-de-hospedagem</w:t>
      </w:r>
    </w:p>
    <w:sectPr w:rsidR="00FC693F" w:rsidRPr="0006063C" w:rsidSect="00034616"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Recibo De Hospedagem</dc:title>
  <dc:subject/>
  <dc:creator>HotelGestão</dc:creator>
  <cp:keywords/>
  <dc:description>Modelo gratuito do HotelGestão. https://hotelgestao.com.br/recibo-de-hospedagem</dc:description>
  <cp:lastModifiedBy/>
  <cp:revision>1</cp:revision>
  <dcterms:created xsi:type="dcterms:W3CDTF">2013-12-23T23:15:00Z</dcterms:created>
  <dcterms:modified xsi:type="dcterms:W3CDTF">2013-12-23T23:15:00Z</dcterms:modified>
  <cp:category/>
  <dc:language>pt-BR</dc:language>
</cp:coreProperties>
</file>