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300" w:lineRule="auto"/>
        <w:jc w:val="center"/>
      </w:pPr>
      <w:r>
        <w:rPr>
          <w:rFonts w:ascii="Arial" w:hAnsi="Arial" w:eastAsia="Arial"/>
          <w:b/>
          <w:i w:val="0"/>
          <w:color w:val="1D1A16"/>
          <w:sz w:val="27"/>
        </w:rPr>
        <w:t>CONTRATO DE HOSPEDAGEM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/>
          <w:i w:val="0"/>
          <w:color w:val="1D1A16"/>
          <w:sz w:val="22"/>
        </w:rPr>
        <w:t>CONTRATADO (meio de hospedagem):</w:t>
      </w:r>
      <w:r>
        <w:rPr>
          <w:rFonts w:ascii="Arial" w:hAnsi="Arial" w:eastAsia="Arial"/>
          <w:b w:val="0"/>
          <w:i w:val="0"/>
          <w:color w:val="1D1A16"/>
          <w:sz w:val="22"/>
        </w:rPr>
        <w:t xml:space="preserve"> ______________________________, CNPJ ______________, Cadastur nº ______________, endereço ______________________________.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/>
          <w:i w:val="0"/>
          <w:color w:val="1D1A16"/>
          <w:sz w:val="22"/>
        </w:rPr>
        <w:t>CONTRATANTE (hóspede ou empresa):</w:t>
      </w:r>
      <w:r>
        <w:rPr>
          <w:rFonts w:ascii="Arial" w:hAnsi="Arial" w:eastAsia="Arial"/>
          <w:b w:val="0"/>
          <w:i w:val="0"/>
          <w:color w:val="1D1A16"/>
          <w:sz w:val="22"/>
        </w:rPr>
        <w:t xml:space="preserve"> ______________________________, CPF ou CNPJ ______________, telefone ______________, e-mail ______________.</w:t>
      </w: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1. Objeto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Hospedagem em ____ unidade(s) do tipo ______________, para ____ pessoa(s), com entrada em ___/___/______ a partir das ____h e saída em ___/___/______ até as ____h.</w:t>
      </w: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2. Preço e pagamento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Diária de R$ ________ por unidade. Total de R$ ________ por ____ diária(s). Sinal de R$ ________ até ___/___/______. Saldo: ______________. Formas de pagamento: ______________.</w:t>
      </w: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3. O que está incluído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Incluídos na diária: ______________________________. Cobrados à parte, pela tabela de preços exposta na recepção: ______________________________.</w:t>
      </w: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4. Entrada, saída e limpeza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A diária corresponde a 24 horas, já contado o tempo de limpeza, estimado em ______. Entrada antecipada ou saída tardia: R$ ________, conforme disponibilidade. Arrumação durante a estada: ______________. Troca de roupa de cama e toalhas: ______________.</w:t>
      </w: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5. Cancelamento e não comparecimento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Cancelamento até ____ dia(s) antes da entrada: ______________. Depois desse prazo ou em caso de não comparecimento: ______________. Saída antes da data combinada: ______________.</w:t>
      </w: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6. Regras da casa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O CONTRATANTE recebeu o regulamento interno, que faz parte deste contrato. Todos os hóspedes apresentam documento e preenchem a ficha de registro (FNRH). Menor de 18 anos só se hospeda acompanhado dos pais ou do responsável, ou com autorização.</w:t>
      </w: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7. Responsabilidades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O CONTRATADO presta os serviços com segurança e responde nos termos da lei. Recomenda-se guardar valores no cofre ou na recepção, com recibo. O CONTRATANTE responde pelos danos que ele, seus acompanhantes ou visitantes causarem ao estabelecimento.</w:t>
      </w: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8. Condições especiais (estadia longa, grupo, evento ou empresa)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____________________________________________ ____________________________________________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Local e data: ______________________________, ___/___/______. Assinado em duas vias iguais.</w:t>
      </w:r>
    </w:p>
    <w:p>
      <w:pPr>
        <w:spacing w:before="400" w:after="0" w:line="300" w:lineRule="auto"/>
      </w:pP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c>
          <w:tcPr>
            <w:tcW w:type="dxa" w:w="4535"/>
            <w:tcBorders>
              <w:top w:val="single" w:sz="8" w:space="0" w:color="3A352E"/>
              <w:left w:val="nil" w:sz="8" w:space="0" w:color="3A352E"/>
              <w:bottom w:val="nil" w:sz="8" w:space="0" w:color="3A352E"/>
              <w:right w:val="nil" w:sz="8" w:space="0" w:color="3A352E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19"/>
              </w:rPr>
              <w:t>CONTRATADO (meio de hospedagem)</w:t>
            </w:r>
          </w:p>
        </w:tc>
        <w:tc>
          <w:tcPr>
            <w:tcW w:type="dxa" w:w="567"/>
            <w:tcBorders>
              <w:top w:val="nil" w:sz="6" w:space="0" w:color="3A352E"/>
              <w:left w:val="nil" w:sz="6" w:space="0" w:color="3A352E"/>
              <w:bottom w:val="nil" w:sz="6" w:space="0" w:color="3A352E"/>
              <w:right w:val="nil" w:sz="6" w:space="0" w:color="3A352E"/>
            </w:tcBorders>
          </w:tcPr>
          <w:p/>
        </w:tc>
        <w:tc>
          <w:tcPr>
            <w:tcW w:type="dxa" w:w="4535"/>
            <w:tcBorders>
              <w:top w:val="single" w:sz="8" w:space="0" w:color="3A352E"/>
              <w:left w:val="nil" w:sz="8" w:space="0" w:color="3A352E"/>
              <w:bottom w:val="nil" w:sz="8" w:space="0" w:color="3A352E"/>
              <w:right w:val="nil" w:sz="8" w:space="0" w:color="3A352E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19"/>
              </w:rPr>
              <w:t>CONTRATANTE (hóspede ou empresa)</w:t>
            </w:r>
          </w:p>
        </w:tc>
      </w:tr>
    </w:tbl>
    <w:p>
      <w:pPr>
        <w:spacing w:before="80" w:after="120" w:line="300" w:lineRule="auto"/>
      </w:pPr>
      <w:r>
        <w:rPr>
          <w:rFonts w:ascii="Arial" w:hAnsi="Arial" w:eastAsia="Arial"/>
          <w:b w:val="0"/>
          <w:i w:val="0"/>
          <w:color w:val="5A534A"/>
          <w:sz w:val="18"/>
        </w:rPr>
        <w:t>As partes declaram ter lido todas as cláusulas. O CONTRATANTE recebeu uma via deste contrato e o regulamento interno.</w:t>
      </w:r>
    </w:p>
    <w:p>
      <w:pPr>
        <w:spacing w:before="240" w:after="0" w:line="300" w:lineRule="auto"/>
      </w:pPr>
      <w:r>
        <w:rPr>
          <w:rFonts w:ascii="Arial" w:hAnsi="Arial" w:eastAsia="Arial"/>
          <w:b w:val="0"/>
          <w:i w:val="0"/>
          <w:color w:val="5A534A"/>
          <w:sz w:val="16"/>
        </w:rPr>
        <w:t>Modelo gratuito do HotelGestão. Adapte ao seu estabelecimento; não substitui orientação jurídica. hotelgestao.com.br/contrato-de-hospedagem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Hospedagem</dc:title>
  <dc:subject/>
  <dc:creator>HotelGestão</dc:creator>
  <cp:keywords/>
  <dc:description>Modelo gratuito do HotelGestão. https://hotelgestao.com.br/contrato-de-hospedagem</dc:description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