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00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AUTORIZAÇÃO PARA HOSPEDAGEM DE MENOR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 xml:space="preserve">Eu, ____________________________________________, portador(a) do documento de identidade nº ________________ e do CPF nº ________________, residente em ____________________________________________, telefone (____) ______________, na qualidade de ( ) mãe ( ) pai ( ) tutor(a) ( ) guardiã(o), </w:t>
      </w:r>
      <w:r>
        <w:rPr>
          <w:rFonts w:ascii="Arial" w:hAnsi="Arial" w:eastAsia="Arial"/>
          <w:b/>
          <w:i w:val="0"/>
          <w:color w:val="1D1A16"/>
          <w:sz w:val="22"/>
        </w:rPr>
        <w:t>AUTORIZO</w:t>
      </w:r>
      <w:r>
        <w:rPr>
          <w:rFonts w:ascii="Arial" w:hAnsi="Arial" w:eastAsia="Arial"/>
          <w:b w:val="0"/>
          <w:i w:val="0"/>
          <w:color w:val="1D1A16"/>
          <w:sz w:val="22"/>
        </w:rPr>
        <w:t xml:space="preserve"> a hospedagem do(a) menor identificado(a) abaixo, nos termos do art. 82 da Lei nº 8.069/1990 (Estatuto da Criança e do Adolescente) e do art. 37 da Portaria MTur nº 41/2025.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1. Menor autorizado(a)</w:t>
      </w:r>
    </w:p>
    <w:tbl>
      <w:tblPr>
        <w:tblW w:type="dxa" w:w="19278"/>
        <w:jc w:val="center"/>
        <w:tblLayout w:type="fixed"/>
        <w:tblLook w:firstColumn="1" w:firstRow="1" w:lastColumn="0" w:lastRow="0" w:noHBand="0" w:noVBand="1" w:val="04A0"/>
      </w:tblPr>
      <w:tblGrid>
        <w:gridCol w:w="6425"/>
        <w:gridCol w:w="3213"/>
        <w:gridCol w:w="5622"/>
        <w:gridCol w:w="4016"/>
      </w:tblGrid>
      <w:tr>
        <w:tc>
          <w:tcPr>
            <w:tcW w:type="dxa" w:w="6425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Nome completo do(a) menor</w:t>
            </w:r>
          </w:p>
        </w:tc>
        <w:tc>
          <w:tcPr>
            <w:tcW w:type="dxa" w:w="3213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Data de nascimento</w:t>
            </w:r>
          </w:p>
        </w:tc>
        <w:tc>
          <w:tcPr>
            <w:tcW w:type="dxa" w:w="5622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Documento de identidade ou certidão de nascimento nº</w:t>
            </w:r>
          </w:p>
        </w:tc>
        <w:tc>
          <w:tcPr>
            <w:tcW w:type="dxa" w:w="4016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CPF (se tiver)</w:t>
            </w:r>
          </w:p>
        </w:tc>
      </w:tr>
    </w:tbl>
    <w:p>
      <w:pPr>
        <w:spacing w:before="0" w:after="0" w:line="96" w:lineRule="auto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2. Hospedagem autorizada</w:t>
      </w:r>
    </w:p>
    <w:tbl>
      <w:tblPr>
        <w:tblW w:type="dxa" w:w="19278"/>
        <w:jc w:val="center"/>
        <w:tblLayout w:type="fixed"/>
        <w:tblLook w:firstColumn="1" w:firstRow="1" w:lastColumn="0" w:lastRow="0" w:noHBand="0" w:noVBand="1" w:val="04A0"/>
      </w:tblPr>
      <w:tblGrid>
        <w:gridCol w:w="6425"/>
        <w:gridCol w:w="3213"/>
        <w:gridCol w:w="2409"/>
        <w:gridCol w:w="2409"/>
        <w:gridCol w:w="4819"/>
      </w:tblGrid>
      <w:tr>
        <w:tc>
          <w:tcPr>
            <w:tcW w:type="dxa" w:w="6425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Meio de hospedagem</w:t>
            </w:r>
          </w:p>
        </w:tc>
        <w:tc>
          <w:tcPr>
            <w:tcW w:type="dxa" w:w="3213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Cidade e UF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Entrada (data)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Saída (data)</w:t>
            </w:r>
          </w:p>
        </w:tc>
        <w:tc>
          <w:tcPr>
            <w:tcW w:type="dxa" w:w="481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Reserva nº (se houver)</w:t>
            </w:r>
          </w:p>
        </w:tc>
      </w:tr>
    </w:tbl>
    <w:p>
      <w:pPr>
        <w:spacing w:before="0" w:after="0" w:line="96" w:lineRule="auto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3. Como o(a) menor ficará hospedado(a)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( ) Desacompanhado(a).     ( ) Acompanhado(a) do(a) adulto(a) abaixo, que se responsabiliza por ele(a) durante a estada:</w:t>
      </w:r>
    </w:p>
    <w:tbl>
      <w:tblPr>
        <w:tblW w:type="dxa" w:w="19278"/>
        <w:jc w:val="center"/>
        <w:tblLayout w:type="fixed"/>
        <w:tblLook w:firstColumn="1" w:firstRow="1" w:lastColumn="0" w:lastRow="0" w:noHBand="0" w:noVBand="1" w:val="04A0"/>
      </w:tblPr>
      <w:tblGrid>
        <w:gridCol w:w="6425"/>
        <w:gridCol w:w="3213"/>
        <w:gridCol w:w="4819"/>
        <w:gridCol w:w="2409"/>
        <w:gridCol w:w="2409"/>
      </w:tblGrid>
      <w:tr>
        <w:tc>
          <w:tcPr>
            <w:tcW w:type="dxa" w:w="6425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Nome completo do(a) acompanhante</w:t>
            </w:r>
          </w:p>
        </w:tc>
        <w:tc>
          <w:tcPr>
            <w:tcW w:type="dxa" w:w="3213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Parentesco ou relação</w:t>
            </w:r>
          </w:p>
        </w:tc>
        <w:tc>
          <w:tcPr>
            <w:tcW w:type="dxa" w:w="481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Documento de identidade nº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CPF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Telefone</w:t>
            </w:r>
          </w:p>
        </w:tc>
      </w:tr>
    </w:tbl>
    <w:p>
      <w:pPr>
        <w:spacing w:before="0" w:after="0" w:line="96" w:lineRule="auto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4. Declarações</w:t>
      </w:r>
    </w:p>
    <w:p>
      <w:pPr>
        <w:spacing w:before="0" w:after="60" w:line="300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22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22"/>
        </w:rPr>
        <w:t>Declaro que exerço o poder familiar, a guarda ou a tutela do(a) menor e que as informações acima são verdadeiras.</w:t>
      </w:r>
    </w:p>
    <w:p>
      <w:pPr>
        <w:spacing w:before="0" w:after="60" w:line="300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22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22"/>
        </w:rPr>
        <w:t>Esta autorização vale somente para o estabelecimento e para o período indicados.</w:t>
      </w:r>
    </w:p>
    <w:p>
      <w:pPr>
        <w:spacing w:before="0" w:after="60" w:line="300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22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22"/>
        </w:rPr>
        <w:t>Em caso de necessidade, o estabelecimento pode me chamar pelo telefone acima ou pelo telefone (____) ______________.</w:t>
      </w:r>
    </w:p>
    <w:p>
      <w:pPr>
        <w:spacing w:before="0" w:after="60" w:line="300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22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22"/>
        </w:rPr>
        <w:t>Seguem cópias do meu documento e do documento do(a) menor.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Local e data: ______________________________, ____ de ________________ de 20____.</w:t>
      </w:r>
    </w:p>
    <w:p>
      <w:pPr>
        <w:spacing w:before="400" w:after="0" w:line="300" w:lineRule="auto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Mãe, pai ou responsável legal (firma reconhecida)</w:t>
            </w:r>
          </w:p>
        </w:tc>
        <w:tc>
          <w:tcPr>
            <w:tcW w:type="dxa" w:w="567"/>
            <w:tcBorders>
              <w:top w:val="nil" w:sz="6" w:space="0" w:color="3A352E"/>
              <w:left w:val="nil" w:sz="6" w:space="0" w:color="3A352E"/>
              <w:bottom w:val="nil" w:sz="6" w:space="0" w:color="3A352E"/>
              <w:right w:val="nil" w:sz="6" w:space="0" w:color="3A352E"/>
            </w:tcBorders>
          </w:tcPr>
          <w:p/>
        </w:tc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Segundo responsável, se houver (firma reconhecida)</w:t>
            </w:r>
          </w:p>
        </w:tc>
      </w:tr>
    </w:tbl>
    <w:p>
      <w:pPr>
        <w:spacing w:before="80" w:after="120" w:line="300" w:lineRule="auto"/>
      </w:pPr>
      <w:r>
        <w:rPr>
          <w:rFonts w:ascii="Arial" w:hAnsi="Arial" w:eastAsia="Arial"/>
          <w:b w:val="0"/>
          <w:i w:val="0"/>
          <w:color w:val="5A534A"/>
          <w:sz w:val="18"/>
        </w:rPr>
        <w:t>Para uso do meio de hospedagem: conferido com os documentos originais em ____/____/______ por ______________________. Menor registrado na ficha do hóspede (FNRH).</w:t>
      </w:r>
    </w:p>
    <w:p>
      <w:pPr>
        <w:spacing w:before="240" w:after="0" w:line="300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Adapte ao seu caso; não substitui orientação jurídica. hotelgestao.com.br/autorizacao-para-hospedagem-de-menor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Para Hospedagem De Menor</dc:title>
  <dc:subject/>
  <dc:creator>HotelGestão</dc:creator>
  <cp:keywords/>
  <dc:description>Modelo gratuito do HotelGestão. https://hotelgestao.com.br/autorizacao-para-hospedagem-de-menor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